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Calibri" w:hAnsi="Calibri" w:eastAsia="Calibri"/>
          <w:b/>
          <w:sz w:val="32"/>
        </w:rPr>
        <w:t>LI SEVIDAL</w:t>
      </w:r>
    </w:p>
    <w:p>
      <w:pPr>
        <w:spacing w:before="0" w:after="40" w:line="240" w:lineRule="auto"/>
        <w:jc w:val="center"/>
      </w:pPr>
      <w:r>
        <w:rPr>
          <w:rFonts w:ascii="Calibri" w:hAnsi="Calibri" w:eastAsia="Calibri"/>
          <w:b/>
          <w:sz w:val="22"/>
        </w:rPr>
        <w:t>Web Designer | Web Developer | Virtual Assistant</w:t>
      </w:r>
    </w:p>
    <w:p>
      <w:pPr>
        <w:spacing w:before="0" w:after="40" w:line="240" w:lineRule="auto"/>
        <w:jc w:val="center"/>
      </w:pPr>
      <w:r>
        <w:rPr>
          <w:rFonts w:ascii="Calibri" w:hAnsi="Calibri" w:eastAsia="Calibri"/>
          <w:b w:val="0"/>
          <w:sz w:val="20"/>
        </w:rPr>
        <w:t>Lingayen, Pangasinan, Philippines | Remote</w:t>
      </w:r>
    </w:p>
    <w:p>
      <w:pPr>
        <w:spacing w:before="0" w:after="40" w:line="240" w:lineRule="auto"/>
        <w:jc w:val="center"/>
      </w:pPr>
      <w:r>
        <w:rPr>
          <w:rFonts w:ascii="Calibri" w:hAnsi="Calibri" w:eastAsia="Calibri"/>
          <w:b w:val="0"/>
          <w:sz w:val="20"/>
        </w:rPr>
        <w:t>Email: li.m.sevidal@gmail.com | Phone: +63 910 170 0746</w:t>
      </w:r>
    </w:p>
    <w:p>
      <w:pPr>
        <w:spacing w:before="0" w:after="120" w:line="240" w:lineRule="auto"/>
        <w:jc w:val="center"/>
      </w:pPr>
      <w:r>
        <w:rPr>
          <w:rFonts w:ascii="Calibri" w:hAnsi="Calibri" w:eastAsia="Calibri"/>
          <w:b w:val="0"/>
          <w:sz w:val="20"/>
        </w:rPr>
        <w:t>Portfolio: https://lisevidal.site | LinkedIn: https://linkedin.com/in/li-sevidal | GitHub: https://github.com/Devchili</w:t>
      </w:r>
    </w:p>
    <w:p>
      <w:pPr>
        <w:spacing w:before="240" w:after="80" w:line="240" w:lineRule="auto"/>
      </w:pPr>
      <w:r>
        <w:rPr>
          <w:rFonts w:ascii="Calibri" w:hAnsi="Calibri" w:eastAsia="Calibri"/>
          <w:b/>
          <w:sz w:val="24"/>
        </w:rPr>
        <w:t>PROFESSIONAL SUMMARY</w:t>
      </w:r>
    </w:p>
    <w:p>
      <w:pPr>
        <w:spacing w:before="0" w:after="80" w:line="240" w:lineRule="auto"/>
      </w:pPr>
      <w:r>
        <w:rPr>
          <w:rFonts w:ascii="Calibri" w:hAnsi="Calibri" w:eastAsia="Calibri"/>
          <w:b w:val="0"/>
          <w:sz w:val="22"/>
        </w:rPr>
        <w:t>Jack-of-all-trades web designer, developer, and virtual assistant with a Computer Science background from Pangasinan State University. Builds websites and applications, implements email booking form funnels, technical on-page SEO, GEO, and AEO, payment integrations, and provides admin and virtual assistant support. 2+ years of client work and 15+ sites and systems shipped. Available for remote roles worldwide.</w:t>
      </w:r>
    </w:p>
    <w:p>
      <w:pPr>
        <w:spacing w:before="240" w:after="80" w:line="240" w:lineRule="auto"/>
      </w:pPr>
      <w:r>
        <w:rPr>
          <w:rFonts w:ascii="Calibri" w:hAnsi="Calibri" w:eastAsia="Calibri"/>
          <w:b/>
          <w:sz w:val="24"/>
        </w:rPr>
        <w:t>SKILLS</w:t>
      </w:r>
    </w:p>
    <w:p>
      <w:pPr>
        <w:spacing w:before="0" w:after="80" w:line="240" w:lineRule="auto"/>
      </w:pPr>
      <w:r>
        <w:rPr>
          <w:rFonts w:ascii="Calibri" w:hAnsi="Calibri" w:eastAsia="Calibri"/>
          <w:b w:val="0"/>
          <w:sz w:val="22"/>
        </w:rPr>
        <w:t>Website Design, UI/UX, Web Development, PHP, Laravel, CodeIgniter, WordPress, Elementor, Shopify, HTML, CSS, JavaScript, TypeScript, React, Node.js, Android Studio, Email Booking Form Funnels, Technical On-Page SEO, GEO, AEO, Stripe, Webhooks, CRM, API Integration, GoHighLevel, AI Automation, Document Parsing, QA Testing, Virtual Assistance, Admin Support, Cargo3, Custom CSS</w:t>
      </w:r>
    </w:p>
    <w:p>
      <w:pPr>
        <w:spacing w:before="240" w:after="80" w:line="240" w:lineRule="auto"/>
      </w:pPr>
      <w:r>
        <w:rPr>
          <w:rFonts w:ascii="Calibri" w:hAnsi="Calibri" w:eastAsia="Calibri"/>
          <w:b/>
          <w:sz w:val="24"/>
        </w:rPr>
        <w:t>WORK EXPERIENCE</w:t>
      </w:r>
    </w:p>
    <w:p>
      <w:pPr>
        <w:spacing w:before="120" w:after="0" w:line="240" w:lineRule="auto"/>
      </w:pPr>
      <w:r>
        <w:rPr>
          <w:rFonts w:ascii="Calibri" w:hAnsi="Calibri" w:eastAsia="Calibri"/>
          <w:b/>
          <w:sz w:val="22"/>
        </w:rPr>
        <w:t>Web Designer and Developer</w:t>
      </w:r>
    </w:p>
    <w:p>
      <w:pPr>
        <w:spacing w:before="0" w:after="0" w:line="240" w:lineRule="auto"/>
      </w:pPr>
      <w:r>
        <w:rPr>
          <w:rFonts w:ascii="Calibri" w:hAnsi="Calibri" w:eastAsia="Calibri"/>
          <w:b w:val="0"/>
          <w:sz w:val="22"/>
        </w:rPr>
        <w:t>Michael Kahler Real Estate (Mkahler.co) | Freelance</w:t>
      </w:r>
    </w:p>
    <w:p>
      <w:pPr>
        <w:spacing w:before="0" w:after="40" w:line="240" w:lineRule="auto"/>
      </w:pPr>
      <w:r>
        <w:rPr>
          <w:rFonts w:ascii="Calibri" w:hAnsi="Calibri" w:eastAsia="Calibri"/>
          <w:b w:val="0"/>
          <w:sz w:val="20"/>
        </w:rPr>
        <w:t>July 2026 – August 2026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Designed and developed a premium real estate website using Cargo3 and custom CSS for a Compass advisor in Brooklyn and Manhattan.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Improved visual presentation, mobile responsiveness, and conversion-focused layout for inquiry generation.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Delivered branding and front-end polish aligned with high-end New York City real estate standards.</w:t>
      </w:r>
    </w:p>
    <w:p>
      <w:pPr>
        <w:spacing w:before="160" w:after="0" w:line="240" w:lineRule="auto"/>
      </w:pPr>
      <w:r>
        <w:rPr>
          <w:rFonts w:ascii="Calibri" w:hAnsi="Calibri" w:eastAsia="Calibri"/>
          <w:b/>
          <w:sz w:val="22"/>
        </w:rPr>
        <w:t>Freelance Web Developer</w:t>
      </w:r>
    </w:p>
    <w:p>
      <w:pPr>
        <w:spacing w:before="0" w:after="0" w:line="240" w:lineRule="auto"/>
      </w:pPr>
      <w:r>
        <w:rPr>
          <w:rFonts w:ascii="Calibri" w:hAnsi="Calibri" w:eastAsia="Calibri"/>
          <w:b w:val="0"/>
          <w:sz w:val="22"/>
        </w:rPr>
        <w:t>Fevi Resort | feviresort.com</w:t>
      </w:r>
    </w:p>
    <w:p>
      <w:pPr>
        <w:spacing w:before="0" w:after="40" w:line="240" w:lineRule="auto"/>
      </w:pPr>
      <w:r>
        <w:rPr>
          <w:rFonts w:ascii="Calibri" w:hAnsi="Calibri" w:eastAsia="Calibri"/>
          <w:b w:val="0"/>
          <w:sz w:val="20"/>
        </w:rPr>
        <w:t>February 2026 – March 2026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Built a WordPress and Elementor booking website for a garden and resort with sports facilities.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Implemented an email booking form funnel for guest inquiries and stay or venue reservations.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Applied technical on-page SEO including titles, meta, headings, and page structure.</w:t>
      </w:r>
    </w:p>
    <w:p>
      <w:pPr>
        <w:spacing w:before="160" w:after="0" w:line="240" w:lineRule="auto"/>
      </w:pPr>
      <w:r>
        <w:rPr>
          <w:rFonts w:ascii="Calibri" w:hAnsi="Calibri" w:eastAsia="Calibri"/>
          <w:b/>
          <w:sz w:val="22"/>
        </w:rPr>
        <w:t>Web Developer and GoHighLevel Specialist</w:t>
      </w:r>
    </w:p>
    <w:p>
      <w:pPr>
        <w:spacing w:before="0" w:after="0" w:line="240" w:lineRule="auto"/>
      </w:pPr>
      <w:r>
        <w:rPr>
          <w:rFonts w:ascii="Calibri" w:hAnsi="Calibri" w:eastAsia="Calibri"/>
          <w:b w:val="0"/>
          <w:sz w:val="22"/>
        </w:rPr>
        <w:t>National Dump Trucking Association (NDTA) and Hauler Connect</w:t>
      </w:r>
    </w:p>
    <w:p>
      <w:pPr>
        <w:spacing w:before="0" w:after="40" w:line="240" w:lineRule="auto"/>
      </w:pPr>
      <w:r>
        <w:rPr>
          <w:rFonts w:ascii="Calibri" w:hAnsi="Calibri" w:eastAsia="Calibri"/>
          <w:b w:val="0"/>
          <w:sz w:val="20"/>
        </w:rPr>
        <w:t>March 2025 – Present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Developed document certification and logistics tools using PHP, CodeIgniter, Laravel, and AI automation.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Integrated Stripe checkout, membership billing, and webhooks for payment and subscription workflows.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Built client onboarding, CRM synchronization, and automated follow-up sequences in GoHighLevel.</w:t>
      </w:r>
    </w:p>
    <w:p>
      <w:pPr>
        <w:spacing w:before="160" w:after="0" w:line="240" w:lineRule="auto"/>
      </w:pPr>
      <w:r>
        <w:rPr>
          <w:rFonts w:ascii="Calibri" w:hAnsi="Calibri" w:eastAsia="Calibri"/>
          <w:b/>
          <w:sz w:val="22"/>
        </w:rPr>
        <w:t>Virtual Assistant and Web Consultant</w:t>
      </w:r>
    </w:p>
    <w:p>
      <w:pPr>
        <w:spacing w:before="0" w:after="0" w:line="240" w:lineRule="auto"/>
      </w:pPr>
      <w:r>
        <w:rPr>
          <w:rFonts w:ascii="Calibri" w:hAnsi="Calibri" w:eastAsia="Calibri"/>
          <w:b w:val="0"/>
          <w:sz w:val="22"/>
        </w:rPr>
        <w:t>Freelance</w:t>
      </w:r>
    </w:p>
    <w:p>
      <w:pPr>
        <w:spacing w:before="0" w:after="40" w:line="240" w:lineRule="auto"/>
      </w:pPr>
      <w:r>
        <w:rPr>
          <w:rFonts w:ascii="Calibri" w:hAnsi="Calibri" w:eastAsia="Calibri"/>
          <w:b w:val="0"/>
          <w:sz w:val="20"/>
        </w:rPr>
        <w:t>June 2024 – Present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Provided virtual assistance including email management, scheduling, CRM updates, content, and client follow-through.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Maintained and optimized WordPress and Elementor websites and performed JavaScript front-end updates.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Conducted QA testing for forms and payments and created brand guidelines, wireframes, and marketing assets.</w:t>
      </w:r>
    </w:p>
    <w:p>
      <w:pPr>
        <w:spacing w:before="240" w:after="80" w:line="240" w:lineRule="auto"/>
      </w:pPr>
      <w:r>
        <w:rPr>
          <w:rFonts w:ascii="Calibri" w:hAnsi="Calibri" w:eastAsia="Calibri"/>
          <w:b/>
          <w:sz w:val="24"/>
        </w:rPr>
        <w:t>PROJECTS</w:t>
      </w:r>
    </w:p>
    <w:p>
      <w:pPr>
        <w:spacing w:before="80" w:after="40" w:line="240" w:lineRule="auto"/>
      </w:pPr>
      <w:r>
        <w:rPr>
          <w:rFonts w:ascii="Calibri" w:hAnsi="Calibri" w:eastAsia="Calibri"/>
          <w:b/>
          <w:sz w:val="22"/>
        </w:rPr>
        <w:t>Hauler Connect | Lead Developer | https://haulerconnect.org/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Built a logistics hauling marketplace with AI document review, Stripe payments, and compliance workflows using CodeIgniter PHP.</w:t>
      </w:r>
    </w:p>
    <w:p>
      <w:pPr>
        <w:spacing w:before="80" w:after="40" w:line="240" w:lineRule="auto"/>
      </w:pPr>
      <w:r>
        <w:rPr>
          <w:rFonts w:ascii="Calibri" w:hAnsi="Calibri" w:eastAsia="Calibri"/>
          <w:b/>
          <w:sz w:val="22"/>
        </w:rPr>
        <w:t>National Dump Trucking Association | Developer | https://thendta.org/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Developed a US association portal with WordPress, Stripe membership billing, contractor verification, and document review.</w:t>
      </w:r>
    </w:p>
    <w:p>
      <w:pPr>
        <w:spacing w:before="80" w:after="40" w:line="240" w:lineRule="auto"/>
      </w:pPr>
      <w:r>
        <w:rPr>
          <w:rFonts w:ascii="Calibri" w:hAnsi="Calibri" w:eastAsia="Calibri"/>
          <w:b/>
          <w:sz w:val="22"/>
        </w:rPr>
        <w:t>Fevi Resort | Web Developer | https://www.feviresort.com/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Created a resort booking website with WordPress, Elementor, email booking form funnel, and on-page SEO.</w:t>
      </w:r>
    </w:p>
    <w:p>
      <w:pPr>
        <w:spacing w:before="80" w:after="40" w:line="240" w:lineRule="auto"/>
      </w:pPr>
      <w:r>
        <w:rPr>
          <w:rFonts w:ascii="Calibri" w:hAnsi="Calibri" w:eastAsia="Calibri"/>
          <w:b/>
          <w:sz w:val="22"/>
        </w:rPr>
        <w:t>Michael Kahler Real Estate | Web Designer and Developer | https://mkahler.co/</w:t>
      </w:r>
    </w:p>
    <w:p>
      <w:pPr>
        <w:pStyle w:val="ListBullet"/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Designed and developed a Compass real estate advisor website with Cargo3 and custom CSS.</w:t>
      </w:r>
    </w:p>
    <w:p>
      <w:pPr>
        <w:spacing w:before="240" w:after="80" w:line="240" w:lineRule="auto"/>
      </w:pPr>
      <w:r>
        <w:rPr>
          <w:rFonts w:ascii="Calibri" w:hAnsi="Calibri" w:eastAsia="Calibri"/>
          <w:b/>
          <w:sz w:val="24"/>
        </w:rPr>
        <w:t>EDUCATION</w:t>
      </w:r>
    </w:p>
    <w:p>
      <w:pPr>
        <w:spacing w:before="80" w:after="0" w:line="240" w:lineRule="auto"/>
      </w:pPr>
      <w:r>
        <w:rPr>
          <w:rFonts w:ascii="Calibri" w:hAnsi="Calibri" w:eastAsia="Calibri"/>
          <w:b/>
          <w:sz w:val="22"/>
        </w:rPr>
        <w:t>Computer Science</w:t>
      </w:r>
    </w:p>
    <w:p>
      <w:pPr>
        <w:spacing w:before="0" w:after="40" w:line="240" w:lineRule="auto"/>
      </w:pPr>
      <w:r>
        <w:rPr>
          <w:rFonts w:ascii="Calibri" w:hAnsi="Calibri" w:eastAsia="Calibri"/>
          <w:b w:val="0"/>
          <w:sz w:val="22"/>
        </w:rPr>
        <w:t>Pangasinan State University, Philippines</w:t>
      </w:r>
    </w:p>
    <w:sectPr w:rsidR="00FC693F" w:rsidRPr="0006063C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